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שמירה על הסביבה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"שמירה על הסביבה"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לדאוג לטבע, לאוויר, למים ולמקום שבו אנחנו חיים, היום ולמען הדורות הבאים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התחושה שכולנו קשורים זה לזה, ושכל אחד ואחת אחראים גם לטובת האחרים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לכבד ולקבל אנשים שונים מאיתנו במראה, במנהגים, ביכולות ובדעות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לתת מכל הלב – זמן, עזרה, מילה טובה או חפץ – בלי לצפות לתמורה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היחיד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טיפת גשם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שמירה על הסביבה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שמירה על הסביבה – לדאוג לטבע, לאוויר, למים ולמקום שבו אנחנו חיים, היום ולמען הדורות הבאים.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בבית של טל תמיד נשאר האור דולק בחדר הריק, והברז פתוח בזמן צחצוח השיניים. טל הדביק פתקים קטנים: כבו אותי! סגרו אותי! בהתחלה כולם צחקו, אבל אחרי שבוע גם סבא התחיל לכבות אורות.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איזה הרגל קטן בבית יכול לחסוך מים או חשמל?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למה לפעמים קשה לשנות הרגל?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"שמירה על הסביבה"?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להתעלם ממי שמבקש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לזרוק אשפה רק לפח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לסגור את הברז בזמן צחצוח שיניים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לכבות את האור כשיוצאים מהחדר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שמירה על הסביבה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לכבד ולקבל אנשים שונים מאיתנו במראה, במנהגים, ביכולות ובדעות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🫶 ערבות הדדית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לדאוג לטבע, לאוויר, למים ולמקום שבו אנחנו חיים, היום ולמען הדורות הבאים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קבלת השונה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התחושה שכולנו קשורים זה לזה, ושכל אחד ואחת אחראים גם לטובת האחרים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🎁 נדיבות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לתת מכל הלב – זמן, עזרה, מילה טובה או חפץ – בלי לצפות לתמורה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"כדור הארץ הוא הבית ________ שלנו – בואו נשמור עליו יחד"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יורדת מהשמיים, משקה את העצים ואת הפרחים, ואחריי לפעמים מופיעים שלוליות. מי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לכבות את האור כשיוצאים מהחדר · לזרוק אשפה רק לפח · לסגור את הברז בזמן צחצוח שיניים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הטבע ועל ההשפעה שלי עליו?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מעשה ירוק אחד שעשיתם או ראיתם השבוע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שמירה על הסביבה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