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אופטימיות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"אופטימיות"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תקווה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hope / надежда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good / хорошо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happy / радостный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tomorrow / завтра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🌤️ אופטימיות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אופטימיות זה לחשוב שיהיה טוב. גם כשקשה, מחפשים משהו טוב.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תקווה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hope · надежда · ተስፋ · أمل · espoir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טוב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good · хорошо · ጥሩ · جيد · bon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happy · радостный · ደስተኛ · سعيد · heureux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tomorrow · завтра · ነገ · غدا · demain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תקווה  |  טוב  |  שמח  |  מחר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hope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שמח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טוב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תקווה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תקווה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happy / радостный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hope / надежда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good / хорошо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tomorrow / завтра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אופטימיות זה לחשוב שיהיה ________. גם כשקשה, מחפשים משהו טוב.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"תקווה".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עשתה מאיה כשהטיול נדחה?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לספר כל ערב על דבר טוב אחד שקרה לי / לחייך למישהו שנראה עצוב)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אופטימיות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