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אופטימיות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"אופטימיות"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🌤️ אופטימיות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מְחַפְּשִׂים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🌤️ אופטימיות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🌤️ 😊 🌈  משפט השבוע: מְחַפְּשִׂים אֶת הַטּוֹב בְּכָל יוֹם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דּוֹאֲגִים  |  שׁוֹמְרִים  |  מְחַפְּשִׂים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"מְחַפְּשִׂים אֶת הַטּוֹב בְּכָל יוֹם"?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🌤️ אופטימיות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🌱 שמירה על הסביבה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לספר כל ערב על דבר טוב אחד שקרה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לחייך למישהו שנראה עצוב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אֶת הַטּוֹב בְּכָל יוֹם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עשתה מאיה כשהטיול נדחה?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לספר כל ערב על דבר טוב אחד שקרה לי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אופטימיות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